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rPr>
          <w:highlight w:val="yellow"/>
        </w:rPr>
        <w:t>[Vorname Nachname]</w:t>
      </w:r>
    </w:p>
    <w:p>
      <w:pPr>
        <w:pStyle w:val="BriefKontakt"/>
        <w:keepNext/>
      </w:pPr>
      <w:r>
        <w:rPr>
          <w:highlight w:val="yellow"/>
        </w:rPr>
        <w:t>[Strasse Nr.]</w:t>
      </w:r>
      <w:r>
        <w:t xml:space="preserve">, </w:t>
      </w:r>
      <w:r>
        <w:rPr>
          <w:highlight w:val="yellow"/>
        </w:rPr>
        <w:t>[PLZ Ort]</w:t>
      </w:r>
      <w:r>
        <w:t xml:space="preserve"> · </w:t>
      </w:r>
      <w:r>
        <w:rPr>
          <w:highlight w:val="yellow"/>
        </w:rPr>
        <w:t>[Telefon]</w:t>
      </w:r>
      <w:r>
        <w:t xml:space="preserve"> · </w:t>
      </w:r>
      <w:r>
        <w:rPr>
          <w:highlight w:val="yellow"/>
        </w:rPr>
        <w:t>[E-Mail]</w:t>
      </w:r>
    </w:p>
    <w:p>
      <w:pPr>
        <w:pStyle w:val="BriefAdresse"/>
        <w:keepNext/>
      </w:pPr>
      <w:r>
        <w:rPr>
          <w:highlight w:val="yellow"/>
        </w:rPr>
        <w:t>[Name des Betriebs, genau wie auf der Website oder im Inserat]</w:t>
      </w:r>
    </w:p>
    <w:p>
      <w:pPr>
        <w:pStyle w:val="BriefAdresse"/>
        <w:keepNext/>
      </w:pPr>
      <w:r>
        <w:rPr>
          <w:highlight w:val="yellow"/>
        </w:rPr>
        <w:t>[Frau oder Herr Vorname Nachname, zuständig für Lernende oder Schnupperlehren]</w:t>
      </w:r>
    </w:p>
    <w:p>
      <w:pPr>
        <w:pStyle w:val="BriefAdresse"/>
        <w:keepNext/>
      </w:pPr>
      <w:r>
        <w:rPr>
          <w:highlight w:val="yellow"/>
        </w:rPr>
        <w:t>[Strasse Nr.]</w:t>
      </w:r>
    </w:p>
    <w:p>
      <w:pPr>
        <w:pStyle w:val="BriefAdresse"/>
        <w:keepNext/>
        <w:spacing w:after="280"/>
      </w:pPr>
      <w:r>
        <w:rPr>
          <w:highlight w:val="yellow"/>
        </w:rPr>
        <w:t>[PLZ Ort]</w:t>
      </w:r>
    </w:p>
    <w:p>
      <w:pPr>
        <w:pStyle w:val="BriefAdresse"/>
        <w:keepNext/>
        <w:spacing w:after="280"/>
      </w:pPr>
      <w:r>
        <w:rPr>
          <w:highlight w:val="yellow"/>
        </w:rPr>
        <w:t>[Ort]</w:t>
      </w:r>
      <w:r>
        <w:t xml:space="preserve">, </w:t>
      </w:r>
      <w:r>
        <w:rPr>
          <w:highlight w:val="yellow"/>
        </w:rPr>
        <w:t>[TT. Monat JJJJ]</w:t>
      </w:r>
    </w:p>
    <w:p>
      <w:pPr>
        <w:pStyle w:val="BriefBetreff"/>
        <w:keepNext/>
      </w:pPr>
      <w:r>
        <w:t xml:space="preserve">Anfrage für eine Schnupperlehre als </w:t>
      </w:r>
      <w:r>
        <w:rPr>
          <w:highlight w:val="yellow"/>
        </w:rPr>
        <w:t>[Beruf mit EFZ oder EBA]</w:t>
      </w:r>
    </w:p>
    <w:p>
      <w:pPr>
        <w:pStyle w:val="BriefText"/>
        <w:keepNext/>
      </w:pPr>
      <w:r>
        <w:rPr>
          <w:highlight w:val="yellow"/>
        </w:rPr>
        <w:t>[Sehr geehrte Frau Nachname / Sehr geehrter Herr Nachname / Guten Tag, ohne Komma]</w:t>
      </w:r>
    </w:p>
    <w:p>
      <w:pPr>
        <w:pStyle w:val="BriefText"/>
      </w:pPr>
      <w:r>
        <w:t xml:space="preserve">Ich besuche die </w:t>
      </w:r>
      <w:r>
        <w:rPr>
          <w:highlight w:val="yellow"/>
        </w:rPr>
        <w:t>[Klasse und Schultyp, wie im Zeugnis]</w:t>
      </w:r>
      <w:r>
        <w:t xml:space="preserve"> in </w:t>
      </w:r>
      <w:r>
        <w:rPr>
          <w:highlight w:val="yellow"/>
        </w:rPr>
        <w:t>[Schulort]</w:t>
      </w:r>
      <w:r>
        <w:t xml:space="preserve"> und interessiere mich für den Beruf </w:t>
      </w:r>
      <w:r>
        <w:rPr>
          <w:highlight w:val="yellow"/>
        </w:rPr>
        <w:t>[Beruf]</w:t>
      </w:r>
      <w:r>
        <w:t>. Gerne würde ich in Ihrem Betrieb eine Schnupperlehre machen.</w:t>
      </w:r>
    </w:p>
    <w:p>
      <w:pPr>
        <w:pStyle w:val="BriefText"/>
      </w:pPr>
      <w:r>
        <w:rPr>
          <w:highlight w:val="yellow"/>
        </w:rPr>
        <w:t>[Warum dieser Beruf: ein echtes Erlebnis, ein Schulfach oder ein Hobby, das dazu passt. Ein bis zwei Sätze.]</w:t>
      </w:r>
    </w:p>
    <w:p>
      <w:pPr>
        <w:pStyle w:val="BriefText"/>
      </w:pPr>
      <w:r>
        <w:rPr>
          <w:highlight w:val="yellow"/>
        </w:rPr>
        <w:t>[Warum dieser Betrieb: was du über ihn weisst, zum Beispiel von der Website, aus einem Inserat oder einem Gespräch. Ein Satz.]</w:t>
      </w:r>
    </w:p>
    <w:p>
      <w:pPr>
        <w:pStyle w:val="BriefText"/>
      </w:pPr>
      <w:r>
        <w:t xml:space="preserve">Für die Schnupperlehre hätte ich </w:t>
      </w:r>
      <w:r>
        <w:rPr>
          <w:highlight w:val="yellow"/>
        </w:rPr>
        <w:t>[Zeitraum, zum Beispiel vom 8. bis 12. März 2027]</w:t>
      </w:r>
      <w:r>
        <w:t xml:space="preserve"> Zeit. </w:t>
      </w:r>
      <w:r>
        <w:rPr>
          <w:highlight w:val="yellow"/>
        </w:rPr>
        <w:t>[Optional: Meine Schule hat diese Tage bewilligt. Sonst löschen.]</w:t>
      </w:r>
      <w:r>
        <w:t xml:space="preserve"> Wenn Ihnen ein anderer Termin besser passt, richte ich mich gerne danach.</w:t>
      </w:r>
    </w:p>
    <w:p>
      <w:pPr>
        <w:pStyle w:val="BriefText"/>
      </w:pPr>
      <w:r>
        <w:t xml:space="preserve">Über Ihre Antwort freue ich mich. Sie erreichen mich unter </w:t>
      </w:r>
      <w:r>
        <w:rPr>
          <w:highlight w:val="yellow"/>
        </w:rPr>
        <w:t>[Telefonnummer]</w:t>
      </w:r>
      <w:r>
        <w:t xml:space="preserve"> oder </w:t>
      </w:r>
      <w:r>
        <w:rPr>
          <w:highlight w:val="yellow"/>
        </w:rPr>
        <w:t>[E-Mail]</w:t>
      </w:r>
      <w:r>
        <w:t>.</w:t>
      </w:r>
    </w:p>
    <w:p>
      <w:pPr>
        <w:pStyle w:val="BriefText"/>
        <w:keepNext/>
        <w:spacing w:after="680"/>
      </w:pPr>
      <w:r>
        <w:t>Freundliche Grüsse</w:t>
      </w:r>
    </w:p>
    <w:p>
      <w:pPr>
        <w:pStyle w:val="BriefText"/>
        <w:keepNext/>
        <w:spacing w:after="240"/>
      </w:pPr>
      <w:r>
        <w:rPr>
          <w:highlight w:val="yellow"/>
        </w:rPr>
        <w:t>[Vorname Nachname]</w:t>
      </w:r>
    </w:p>
    <w:p>
      <w:pPr>
        <w:pStyle w:val="BriefText"/>
      </w:pPr>
      <w:r>
        <w:t xml:space="preserve">Beilagen: </w:t>
      </w:r>
      <w:r>
        <w:rPr>
          <w:highlight w:val="yellow"/>
        </w:rPr>
        <w:t>[Lebenslauf, letztes Zeugnis, weitere verlangte Unterlagen]</w:t>
      </w:r>
    </w:p>
    <w:sectPr w:rsidR="00FC693F" w:rsidRPr="0006063C" w:rsidSect="00034616">
      <w:pgSz w:w="11906" w:h="16838"/>
      <w:pgMar w:top="1134" w:right="1134" w:bottom="1134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color w:val="1A1A1A"/>
      <w:sz w:val="22"/>
      <w:lang w:val="de-CH" w:eastAsia="de-CH" w:bidi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BriefKontakt"/>
    <w:link w:val="TitleChar"/>
    <w:uiPriority w:val="10"/>
    <w:qFormat/>
    <w:rsid w:val="00FC693F"/>
    <w:pPr>
      <w:spacing w:before="0" w:after="40" w:line="240" w:lineRule="auto"/>
    </w:pPr>
    <w:rPr>
      <w:rFonts w:ascii="Arial" w:hAnsi="Arial" w:cs="Arial" w:eastAsia="Arial"/>
      <w:b/>
      <w:color w:val="1A1A1A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iefKontakt">
    <w:name w:val="Brief Kontakt"/>
    <w:basedOn w:val="Normal"/>
    <w:next w:val="BriefAdresse"/>
    <w:pPr>
      <w:widowControl/>
      <w:spacing w:before="0" w:after="400" w:line="240" w:lineRule="auto"/>
    </w:pPr>
    <w:rPr>
      <w:rFonts w:ascii="Arial" w:hAnsi="Arial" w:cs="Arial" w:eastAsia="Arial"/>
      <w:b w:val="0"/>
      <w:color w:val="1A1A1A"/>
      <w:sz w:val="22"/>
    </w:rPr>
  </w:style>
  <w:style w:type="paragraph" w:customStyle="1" w:styleId="BriefAdresse">
    <w:name w:val="Brief Adresse"/>
    <w:basedOn w:val="Normal"/>
    <w:pPr>
      <w:widowControl/>
      <w:spacing w:before="0" w:after="0" w:line="240" w:lineRule="auto"/>
    </w:pPr>
    <w:rPr>
      <w:rFonts w:ascii="Arial" w:hAnsi="Arial" w:cs="Arial" w:eastAsia="Arial"/>
      <w:b w:val="0"/>
      <w:color w:val="1A1A1A"/>
      <w:sz w:val="22"/>
    </w:rPr>
  </w:style>
  <w:style w:type="paragraph" w:customStyle="1" w:styleId="BriefText">
    <w:name w:val="Brief Text"/>
    <w:basedOn w:val="Normal"/>
    <w:pPr>
      <w:widowControl/>
      <w:spacing w:before="0" w:after="160" w:line="240" w:lineRule="auto"/>
    </w:pPr>
    <w:rPr>
      <w:rFonts w:ascii="Arial" w:hAnsi="Arial" w:cs="Arial" w:eastAsia="Arial"/>
      <w:b w:val="0"/>
      <w:color w:val="1A1A1A"/>
      <w:sz w:val="22"/>
    </w:rPr>
  </w:style>
  <w:style w:type="paragraph" w:customStyle="1" w:styleId="BriefBetreff">
    <w:name w:val="Brief Betreff"/>
    <w:basedOn w:val="Normal"/>
    <w:next w:val="BriefText"/>
    <w:pPr>
      <w:widowControl/>
      <w:spacing w:before="0" w:after="160" w:line="240" w:lineRule="auto"/>
    </w:pPr>
    <w:rPr>
      <w:rFonts w:ascii="Arial" w:hAnsi="Arial" w:cs="Arial" w:eastAsia="Arial"/>
      <w:b/>
      <w:color w:val="1A1A1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Schnupperlehre Anfrage Vorlage Schweiz</dc:title>
  <dc:subject>Anfrage für eine Schnupperlehre in der Schweiz</dc:subject>
  <dc:creator>jopp</dc:creator>
  <cp:keywords>Schnupperlehre, Bewerbung, Anfrage, Vorlage, Schweiz</cp:keywords>
  <dc:description>Gelb markierte Stellen in eckigen Klammern durch eigene, belegbare Angaben ersetzen. getjopp.app</dc:description>
  <cp:lastModifiedBy>jopp</cp:lastModifiedBy>
  <cp:revision>1</cp:revision>
  <dcterms:created xsi:type="dcterms:W3CDTF">2026-09-30T12:00:00Z</dcterms:created>
  <dcterms:modified xsi:type="dcterms:W3CDTF">2026-09-30T12:00:00Z</dcterms:modified>
  <cp:category>Vorlage</cp:category>
  <dc:language>de-CH</dc:language>
</cp:coreProperties>
</file>